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0161D"/>
          <w:sz w:val="40"/>
        </w:rPr>
        <w:t>JJLC LOGISTICS PHILS CORP.</w:t>
      </w:r>
    </w:p>
    <w:p>
      <w:pPr>
        <w:jc w:val="center"/>
      </w:pPr>
      <w:r>
        <w:rPr>
          <w:b/>
          <w:color w:val="A8861B"/>
          <w:sz w:val="26"/>
        </w:rPr>
        <w:t>APPLICATION FOR EMPLOYMENT</w:t>
      </w:r>
    </w:p>
    <w:p>
      <w:pPr>
        <w:jc w:val="center"/>
      </w:pPr>
      <w:r>
        <w:rPr>
          <w:color w:val="5B6670"/>
          <w:sz w:val="19"/>
        </w:rPr>
        <w:t>Manpower Pooling — Truck Driver / Truck Helper  •  Cabuyao, Laguna 4025</w:t>
      </w:r>
    </w:p>
    <w:p>
      <w:r>
        <w:rPr>
          <w:b/>
          <w:color w:val="A8861B"/>
          <w:sz w:val="23"/>
        </w:rPr>
        <w:t>I. PERSONAL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168"/>
          </w:tcPr>
          <w:p>
            <w:r>
              <w:rPr>
                <w:b/>
                <w:sz w:val="20"/>
              </w:rPr>
              <w:t>Full Name: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Last Name, First Name, Middle Initial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Date of Birth: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MM / DD / YYYY          Place of Birth: ______________________________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Civil Status: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□ Single   □ Married   □ Widowed   □ Separated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Complete Address: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House no., Street, Barangay, City/Municipality, Province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Contact Number: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____________________     Email: ______________________________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SSS No.: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____________________     TIN No.: ______________________________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PhilHealth No.: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____________________     Pag-IBIG No.: ______________________________</w:t>
            </w:r>
          </w:p>
        </w:tc>
      </w:tr>
    </w:tbl>
    <w:p>
      <w:r>
        <w:rPr>
          <w:b/>
          <w:color w:val="A8861B"/>
          <w:sz w:val="23"/>
        </w:rPr>
        <w:t>II. POSITION APPLIED FOR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168"/>
          </w:tcPr>
          <w:p>
            <w:r>
              <w:rPr>
                <w:b/>
                <w:sz w:val="20"/>
              </w:rPr>
              <w:t>Position: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□ Truck Driver   □ Truck Helper   □ Either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Date Available: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____________________     Expected Salary: ____________________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Driver's License No.: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____________________     Expiry: ______________     Restriction: ______________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Years of Experience: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____________________     TESDA NC II Certificate: □ Yes   □ No</w:t>
            </w:r>
          </w:p>
        </w:tc>
      </w:tr>
    </w:tbl>
    <w:p>
      <w:r>
        <w:rPr>
          <w:b/>
          <w:color w:val="A8861B"/>
          <w:sz w:val="23"/>
        </w:rPr>
        <w:t>III. EDUCATIONAL BACKGROUND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168"/>
          </w:tcPr>
          <w:p>
            <w:r>
              <w:rPr>
                <w:b/>
                <w:sz w:val="20"/>
              </w:rPr>
              <w:t>Elementary: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School: ______________________________  Year Graduated: ________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High School: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School: ______________________________  Year Graduated: ________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College / Vocational: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School: ______________________________  Year Graduated: ________</w:t>
            </w:r>
          </w:p>
        </w:tc>
      </w:tr>
    </w:tbl>
    <w:p>
      <w:r>
        <w:rPr>
          <w:b/>
          <w:color w:val="A8861B"/>
          <w:sz w:val="23"/>
        </w:rPr>
        <w:t>IV. EMPLOYMENT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168"/>
          </w:tcPr>
          <w:p>
            <w:r>
              <w:rPr>
                <w:b/>
                <w:sz w:val="20"/>
              </w:rPr>
              <w:t>Employer 1: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Company: ______________________________  Position: ______________  Years: ________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Employer 2: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Company: ______________________________  Position: ______________  Years: ________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Employer 3: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Company: ______________________________  Position: ______________  Years: ________</w:t>
            </w:r>
          </w:p>
        </w:tc>
      </w:tr>
    </w:tbl>
    <w:p>
      <w:r>
        <w:rPr>
          <w:b/>
          <w:color w:val="A8861B"/>
          <w:sz w:val="23"/>
        </w:rPr>
        <w:t>V. EMERGENCY CONTACT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168"/>
          </w:tcPr>
          <w:p>
            <w:r>
              <w:rPr>
                <w:b/>
                <w:sz w:val="20"/>
              </w:rPr>
              <w:t>Name: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____________________  Relationship: ____________________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20"/>
              </w:rPr>
              <w:t>Contact Number:</w:t>
            </w:r>
          </w:p>
        </w:tc>
        <w:tc>
          <w:tcPr>
            <w:tcW w:type="dxa" w:w="5184"/>
          </w:tcPr>
          <w:p>
            <w:r>
              <w:rPr>
                <w:color w:val="999999"/>
                <w:sz w:val="19"/>
              </w:rPr>
              <w:t>____________________  Address: ______________________________</w:t>
            </w:r>
          </w:p>
        </w:tc>
      </w:tr>
    </w:tbl>
    <w:p>
      <w:r>
        <w:rPr>
          <w:b/>
          <w:color w:val="A8861B"/>
          <w:sz w:val="23"/>
        </w:rPr>
        <w:t>VI. DECLARATION &amp; SIGNATURE</w:t>
      </w:r>
    </w:p>
    <w:p>
      <w:pPr>
        <w:spacing w:after="360"/>
      </w:pPr>
      <w:r>
        <w:t>I certify that the information I have provided in this application is true and correct to the best of my knowledge. I understand that any misrepresentation may be a ground for disqualification or termination of employment. I consent to the processing of my personal data for recruitment and employment purposes in accordance with the Data Privacy Act of 2012.</w:t>
      </w:r>
    </w:p>
    <w:p>
      <w:r>
        <w:rPr>
          <w:b/>
        </w:rPr>
        <w:t>______________________________________</w:t>
      </w:r>
      <w:r>
        <w:t xml:space="preserve">    Signature over Printed Name</w:t>
        <w:br/>
      </w:r>
      <w:r>
        <w:t>Date: ______________________________</w:t>
      </w:r>
    </w:p>
    <w:p>
      <w:r>
        <w:br w:type="page"/>
      </w:r>
    </w:p>
    <w:p>
      <w:r>
        <w:rPr>
          <w:b/>
          <w:color w:val="A8861B"/>
          <w:sz w:val="23"/>
        </w:rPr>
        <w:t>APPLICATION REQUIREMENTS CHECKLIST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720"/>
          </w:tcPr>
          <w:p>
            <w:r>
              <w:t>□</w:t>
            </w:r>
          </w:p>
        </w:tc>
        <w:tc>
          <w:tcPr>
            <w:tcW w:type="dxa" w:w="7632"/>
          </w:tcPr>
          <w:p>
            <w:r>
              <w:t>Driver's License (photocopy or clear photo)</w:t>
            </w:r>
          </w:p>
        </w:tc>
      </w:tr>
      <w:tr>
        <w:tc>
          <w:tcPr>
            <w:tcW w:type="dxa" w:w="720"/>
          </w:tcPr>
          <w:p>
            <w:r>
              <w:t>□</w:t>
            </w:r>
          </w:p>
        </w:tc>
        <w:tc>
          <w:tcPr>
            <w:tcW w:type="dxa" w:w="7632"/>
          </w:tcPr>
          <w:p>
            <w:r>
              <w:t>Police Clearance or NBI Clearance</w:t>
            </w:r>
          </w:p>
        </w:tc>
      </w:tr>
      <w:tr>
        <w:tc>
          <w:tcPr>
            <w:tcW w:type="dxa" w:w="720"/>
          </w:tcPr>
          <w:p>
            <w:r>
              <w:t>□</w:t>
            </w:r>
          </w:p>
        </w:tc>
        <w:tc>
          <w:tcPr>
            <w:tcW w:type="dxa" w:w="7632"/>
          </w:tcPr>
          <w:p>
            <w:r>
              <w:t>Resume / Biodata</w:t>
            </w:r>
          </w:p>
        </w:tc>
      </w:tr>
      <w:tr>
        <w:tc>
          <w:tcPr>
            <w:tcW w:type="dxa" w:w="720"/>
          </w:tcPr>
          <w:p>
            <w:r>
              <w:t>□</w:t>
            </w:r>
          </w:p>
        </w:tc>
        <w:tc>
          <w:tcPr>
            <w:tcW w:type="dxa" w:w="7632"/>
          </w:tcPr>
          <w:p>
            <w:r>
              <w:t>2x2 ID Picture (2 pcs.)</w:t>
            </w:r>
          </w:p>
        </w:tc>
      </w:tr>
      <w:tr>
        <w:tc>
          <w:tcPr>
            <w:tcW w:type="dxa" w:w="720"/>
          </w:tcPr>
          <w:p>
            <w:r>
              <w:t>□</w:t>
            </w:r>
          </w:p>
        </w:tc>
        <w:tc>
          <w:tcPr>
            <w:tcW w:type="dxa" w:w="7632"/>
          </w:tcPr>
          <w:p>
            <w:r>
              <w:t>Medical Certificate (optional)</w:t>
            </w:r>
          </w:p>
        </w:tc>
      </w:tr>
      <w:tr>
        <w:tc>
          <w:tcPr>
            <w:tcW w:type="dxa" w:w="720"/>
          </w:tcPr>
          <w:p>
            <w:r>
              <w:t>□</w:t>
            </w:r>
          </w:p>
        </w:tc>
        <w:tc>
          <w:tcPr>
            <w:tcW w:type="dxa" w:w="7632"/>
          </w:tcPr>
          <w:p>
            <w:r>
              <w:t>SSS, PhilHealth &amp; Pag-IBIG (if available)</w:t>
            </w:r>
          </w:p>
        </w:tc>
      </w:tr>
    </w:tbl>
    <w:p>
      <w:pPr>
        <w:spacing w:before="280"/>
      </w:pPr>
      <w:r>
        <w:t>For online applications, please visit https://jjlc.com.ph and submit through the Careers section. For inquiries, call +63 (49) 545-2413 or +63 966 645 6624.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